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93F7A" w:rsidRDefault="00F93F7A">
      <w:pPr>
        <w:pBdr>
          <w:bottom w:val="single" w:sz="8" w:space="1" w:color="808080"/>
        </w:pBdr>
        <w:spacing w:after="120"/>
      </w:pPr>
    </w:p>
    <w:p w14:paraId="761D140A" w14:textId="77777777" w:rsidR="00F93F7A" w:rsidRPr="004A29D7" w:rsidRDefault="309C5762" w:rsidP="309C5762">
      <w:pPr>
        <w:spacing w:after="40"/>
        <w:jc w:val="center"/>
        <w:rPr>
          <w:rFonts w:asciiTheme="majorHAnsi" w:eastAsiaTheme="majorEastAsia" w:hAnsiTheme="majorHAnsi" w:cstheme="majorHAnsi"/>
          <w:b/>
          <w:bCs/>
          <w:color w:val="00B0F0"/>
          <w:sz w:val="24"/>
          <w:szCs w:val="24"/>
        </w:rPr>
      </w:pPr>
      <w:r w:rsidRPr="004A29D7">
        <w:rPr>
          <w:rFonts w:asciiTheme="majorHAnsi" w:eastAsiaTheme="majorEastAsia" w:hAnsiTheme="majorHAnsi" w:cstheme="majorHAnsi"/>
          <w:b/>
          <w:bCs/>
          <w:color w:val="00B0F0"/>
          <w:sz w:val="24"/>
          <w:szCs w:val="24"/>
        </w:rPr>
        <w:t>ANEXO I – FORMULARIO DE SOLICITUD</w:t>
      </w:r>
    </w:p>
    <w:p w14:paraId="3EC68059" w14:textId="77777777" w:rsidR="00F93F7A" w:rsidRPr="004A29D7" w:rsidRDefault="309C5762" w:rsidP="309C5762">
      <w:pPr>
        <w:spacing w:after="40"/>
        <w:jc w:val="center"/>
        <w:rPr>
          <w:rFonts w:asciiTheme="majorHAnsi" w:eastAsiaTheme="majorEastAsia" w:hAnsiTheme="majorHAnsi" w:cstheme="majorHAnsi"/>
          <w:b/>
          <w:bCs/>
          <w:color w:val="00B0F0"/>
          <w:sz w:val="24"/>
          <w:szCs w:val="24"/>
        </w:rPr>
      </w:pPr>
      <w:r w:rsidRPr="004A29D7">
        <w:rPr>
          <w:rFonts w:asciiTheme="majorHAnsi" w:eastAsiaTheme="majorEastAsia" w:hAnsiTheme="majorHAnsi" w:cstheme="majorHAnsi"/>
          <w:b/>
          <w:bCs/>
          <w:color w:val="00B0F0"/>
          <w:sz w:val="24"/>
          <w:szCs w:val="24"/>
        </w:rPr>
        <w:t>CONTRATACIÓN DE PERSONAL TÉCNICO DE APOYO Y DE GESTIÓN DE LA I+D+I</w:t>
      </w:r>
    </w:p>
    <w:p w14:paraId="566C4B21" w14:textId="573C627D" w:rsidR="00F93F7A" w:rsidRPr="004A29D7" w:rsidRDefault="309C5762" w:rsidP="309C5762">
      <w:pPr>
        <w:spacing w:after="40"/>
        <w:jc w:val="center"/>
        <w:rPr>
          <w:rFonts w:asciiTheme="majorHAnsi" w:hAnsiTheme="majorHAnsi" w:cstheme="majorHAnsi"/>
          <w:b/>
          <w:bCs/>
          <w:color w:val="666666"/>
          <w:sz w:val="20"/>
          <w:szCs w:val="20"/>
        </w:rPr>
      </w:pPr>
      <w:r w:rsidRPr="004A29D7">
        <w:rPr>
          <w:rFonts w:asciiTheme="majorHAnsi" w:hAnsiTheme="majorHAnsi" w:cstheme="majorHAnsi"/>
          <w:b/>
          <w:bCs/>
          <w:color w:val="666666"/>
          <w:sz w:val="20"/>
          <w:szCs w:val="20"/>
        </w:rPr>
        <w:t>FUNDACIÓN PARA LA GESTIÓN DE LA INVESTIGACIÓN BIOMÉDICA DE CÁDIZ (FCÁDIZ)</w:t>
      </w:r>
    </w:p>
    <w:p w14:paraId="04A4D354" w14:textId="2F5461AC" w:rsidR="00F93F7A" w:rsidRPr="004A29D7" w:rsidRDefault="309C5762" w:rsidP="309C5762">
      <w:pPr>
        <w:spacing w:after="40"/>
        <w:jc w:val="center"/>
        <w:rPr>
          <w:rFonts w:asciiTheme="majorHAnsi" w:hAnsiTheme="majorHAnsi" w:cstheme="majorHAnsi"/>
          <w:b/>
          <w:bCs/>
          <w:color w:val="666666"/>
          <w:sz w:val="20"/>
          <w:szCs w:val="20"/>
        </w:rPr>
      </w:pPr>
      <w:r w:rsidRPr="004A29D7">
        <w:rPr>
          <w:rFonts w:asciiTheme="majorHAnsi" w:hAnsiTheme="majorHAnsi" w:cstheme="majorHAnsi"/>
          <w:b/>
          <w:bCs/>
          <w:color w:val="666666"/>
          <w:sz w:val="20"/>
          <w:szCs w:val="20"/>
        </w:rPr>
        <w:t>Línea 4 – EIDIA / FSE+ 2021-2027 | REF: EMPJOV</w:t>
      </w:r>
    </w:p>
    <w:p w14:paraId="0A37501D" w14:textId="77777777" w:rsidR="00F93F7A" w:rsidRDefault="00F93F7A">
      <w:pPr>
        <w:spacing w:after="40"/>
      </w:pPr>
    </w:p>
    <w:p w14:paraId="13D9B417" w14:textId="77777777" w:rsidR="004A29D7" w:rsidRDefault="004A29D7">
      <w:pPr>
        <w:spacing w:after="40"/>
      </w:pPr>
    </w:p>
    <w:p w14:paraId="7348EBCE" w14:textId="77777777" w:rsidR="004A29D7" w:rsidRDefault="004A29D7">
      <w:pPr>
        <w:spacing w:after="40"/>
      </w:pPr>
    </w:p>
    <w:p w14:paraId="290937B6" w14:textId="77777777" w:rsidR="004A29D7" w:rsidRDefault="004A29D7">
      <w:pPr>
        <w:spacing w:after="40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874"/>
        <w:gridCol w:w="2888"/>
      </w:tblGrid>
      <w:tr w:rsidR="00F93F7A" w14:paraId="442714F9" w14:textId="77777777" w:rsidTr="309C5762">
        <w:trPr>
          <w:jc w:val="center"/>
        </w:trPr>
        <w:tc>
          <w:tcPr>
            <w:tcW w:w="8618" w:type="dxa"/>
            <w:gridSpan w:val="4"/>
            <w:shd w:val="clear" w:color="auto" w:fill="FFFFFF" w:themeFill="background1"/>
          </w:tcPr>
          <w:p w14:paraId="008E04BD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00B0F0"/>
                <w:sz w:val="24"/>
                <w:szCs w:val="24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00B0F0"/>
                <w:sz w:val="24"/>
                <w:szCs w:val="24"/>
              </w:rPr>
              <w:t>DATOS PERSONALES</w:t>
            </w:r>
          </w:p>
        </w:tc>
      </w:tr>
      <w:tr w:rsidR="00F93F7A" w14:paraId="67D95E88" w14:textId="77777777" w:rsidTr="309C5762">
        <w:trPr>
          <w:trHeight w:val="351"/>
          <w:jc w:val="center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E72F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Nombre</w:t>
            </w:r>
          </w:p>
        </w:tc>
        <w:tc>
          <w:tcPr>
            <w:tcW w:w="6690" w:type="dxa"/>
            <w:gridSpan w:val="3"/>
          </w:tcPr>
          <w:p w14:paraId="5DAB6C7B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4A90F0CA" w14:textId="77777777" w:rsidTr="309C5762">
        <w:trPr>
          <w:trHeight w:val="351"/>
          <w:jc w:val="center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08222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Apellidos</w:t>
            </w:r>
          </w:p>
        </w:tc>
        <w:tc>
          <w:tcPr>
            <w:tcW w:w="6690" w:type="dxa"/>
            <w:gridSpan w:val="3"/>
          </w:tcPr>
          <w:p w14:paraId="02EB378F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691C6E6A" w14:textId="77777777" w:rsidTr="004A29D7">
        <w:trPr>
          <w:trHeight w:val="351"/>
          <w:jc w:val="center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0D501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DNI/NIE/</w:t>
            </w:r>
            <w:proofErr w:type="spellStart"/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Pasaporte</w:t>
            </w:r>
            <w:proofErr w:type="spellEnd"/>
          </w:p>
        </w:tc>
        <w:tc>
          <w:tcPr>
            <w:tcW w:w="1928" w:type="dxa"/>
          </w:tcPr>
          <w:p w14:paraId="6A05A809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8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A024D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Sexo</w:t>
            </w:r>
          </w:p>
        </w:tc>
        <w:tc>
          <w:tcPr>
            <w:tcW w:w="2888" w:type="dxa"/>
          </w:tcPr>
          <w:p w14:paraId="5A39BBE3" w14:textId="77777777" w:rsidR="00F93F7A" w:rsidRDefault="00F93F7A" w:rsidP="309C5762">
            <w:pPr>
              <w:rPr>
                <w:sz w:val="20"/>
                <w:szCs w:val="20"/>
              </w:rPr>
            </w:pPr>
          </w:p>
        </w:tc>
      </w:tr>
      <w:tr w:rsidR="00F93F7A" w14:paraId="3A2992F2" w14:textId="77777777" w:rsidTr="004A29D7">
        <w:trPr>
          <w:trHeight w:val="351"/>
          <w:jc w:val="center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C56AC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Fecha de nacimiento</w:t>
            </w:r>
          </w:p>
        </w:tc>
        <w:tc>
          <w:tcPr>
            <w:tcW w:w="1928" w:type="dxa"/>
          </w:tcPr>
          <w:p w14:paraId="41C8F396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8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F525E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Teléfono</w:t>
            </w:r>
          </w:p>
        </w:tc>
        <w:tc>
          <w:tcPr>
            <w:tcW w:w="2888" w:type="dxa"/>
          </w:tcPr>
          <w:p w14:paraId="72A3D3EC" w14:textId="77777777" w:rsidR="00F93F7A" w:rsidRDefault="00F93F7A" w:rsidP="309C5762">
            <w:pPr>
              <w:rPr>
                <w:sz w:val="20"/>
                <w:szCs w:val="20"/>
              </w:rPr>
            </w:pPr>
          </w:p>
        </w:tc>
      </w:tr>
      <w:tr w:rsidR="00F93F7A" w14:paraId="2C59AF7F" w14:textId="77777777" w:rsidTr="004A29D7">
        <w:trPr>
          <w:trHeight w:val="351"/>
          <w:jc w:val="center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B3E7F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Nacionalidad</w:t>
            </w:r>
          </w:p>
        </w:tc>
        <w:tc>
          <w:tcPr>
            <w:tcW w:w="1928" w:type="dxa"/>
          </w:tcPr>
          <w:p w14:paraId="0D0B940D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8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C9658" w14:textId="5D3D9991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Correo electrónico</w:t>
            </w:r>
          </w:p>
        </w:tc>
        <w:tc>
          <w:tcPr>
            <w:tcW w:w="2888" w:type="dxa"/>
          </w:tcPr>
          <w:p w14:paraId="0E27B00A" w14:textId="77777777" w:rsidR="00F93F7A" w:rsidRDefault="00F93F7A" w:rsidP="309C5762">
            <w:pPr>
              <w:rPr>
                <w:sz w:val="20"/>
                <w:szCs w:val="20"/>
              </w:rPr>
            </w:pPr>
          </w:p>
        </w:tc>
      </w:tr>
    </w:tbl>
    <w:p w14:paraId="60061E4C" w14:textId="77777777" w:rsidR="00F93F7A" w:rsidRDefault="00F93F7A">
      <w:pPr>
        <w:spacing w:after="40"/>
      </w:pPr>
    </w:p>
    <w:p w14:paraId="33FA8B10" w14:textId="77777777" w:rsidR="004A29D7" w:rsidRDefault="004A29D7">
      <w:pPr>
        <w:spacing w:after="40"/>
      </w:pPr>
    </w:p>
    <w:p w14:paraId="2D3B028D" w14:textId="77777777" w:rsidR="004A29D7" w:rsidRDefault="004A29D7">
      <w:pPr>
        <w:spacing w:after="40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2157"/>
        <w:gridCol w:w="2605"/>
      </w:tblGrid>
      <w:tr w:rsidR="00F93F7A" w14:paraId="74BFFED9" w14:textId="77777777" w:rsidTr="004A29D7">
        <w:trPr>
          <w:trHeight w:val="328"/>
          <w:jc w:val="center"/>
        </w:trPr>
        <w:tc>
          <w:tcPr>
            <w:tcW w:w="8618" w:type="dxa"/>
            <w:gridSpan w:val="4"/>
            <w:shd w:val="clear" w:color="auto" w:fill="FFFFFF" w:themeFill="background1"/>
          </w:tcPr>
          <w:p w14:paraId="6DF39581" w14:textId="77777777" w:rsidR="00F93F7A" w:rsidRDefault="309C5762" w:rsidP="309C5762">
            <w:pPr>
              <w:rPr>
                <w:rFonts w:asciiTheme="majorHAnsi" w:eastAsiaTheme="majorEastAsia" w:hAnsiTheme="majorHAnsi" w:cstheme="majorBidi"/>
                <w:b/>
                <w:bCs/>
                <w:color w:val="00B0F0"/>
                <w:sz w:val="24"/>
                <w:szCs w:val="24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00B0F0"/>
                <w:sz w:val="24"/>
                <w:szCs w:val="24"/>
              </w:rPr>
              <w:t>TITULACIÓN ACADÉMICA</w:t>
            </w:r>
          </w:p>
        </w:tc>
      </w:tr>
      <w:tr w:rsidR="00F93F7A" w14:paraId="435E4915" w14:textId="77777777" w:rsidTr="309C5762">
        <w:trPr>
          <w:trHeight w:val="351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8D7F3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proofErr w:type="spellStart"/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Título</w:t>
            </w:r>
            <w:proofErr w:type="spellEnd"/>
          </w:p>
        </w:tc>
        <w:tc>
          <w:tcPr>
            <w:tcW w:w="6690" w:type="dxa"/>
            <w:gridSpan w:val="3"/>
            <w:shd w:val="clear" w:color="auto" w:fill="FFFFFF" w:themeFill="background1"/>
          </w:tcPr>
          <w:p w14:paraId="44EAFD9C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2F8A56B1" w14:textId="77777777" w:rsidTr="309C5762">
        <w:trPr>
          <w:trHeight w:val="510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AE95C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Entidad de</w:t>
            </w:r>
            <w:r w:rsidR="004A29D7">
              <w:br/>
            </w: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Expedición</w:t>
            </w:r>
          </w:p>
        </w:tc>
        <w:tc>
          <w:tcPr>
            <w:tcW w:w="6690" w:type="dxa"/>
            <w:gridSpan w:val="3"/>
            <w:shd w:val="clear" w:color="auto" w:fill="FFFFFF" w:themeFill="background1"/>
          </w:tcPr>
          <w:p w14:paraId="4B94D5A5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3E29BB39" w14:textId="77777777" w:rsidTr="004A29D7">
        <w:trPr>
          <w:trHeight w:val="351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F95C5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proofErr w:type="spellStart"/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Fecha</w:t>
            </w:r>
            <w:proofErr w:type="spellEnd"/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 xml:space="preserve"> de </w:t>
            </w:r>
            <w:proofErr w:type="spellStart"/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obtención</w:t>
            </w:r>
            <w:proofErr w:type="spellEnd"/>
          </w:p>
        </w:tc>
        <w:tc>
          <w:tcPr>
            <w:tcW w:w="1928" w:type="dxa"/>
            <w:shd w:val="clear" w:color="auto" w:fill="FFFFFF" w:themeFill="background1"/>
          </w:tcPr>
          <w:p w14:paraId="3DEEC669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9843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Nota del expediente</w:t>
            </w:r>
          </w:p>
        </w:tc>
        <w:tc>
          <w:tcPr>
            <w:tcW w:w="2605" w:type="dxa"/>
            <w:shd w:val="clear" w:color="auto" w:fill="FFFFFF" w:themeFill="background1"/>
          </w:tcPr>
          <w:p w14:paraId="3656B9AB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</w:tbl>
    <w:p w14:paraId="45FB0818" w14:textId="77777777" w:rsidR="00F93F7A" w:rsidRDefault="00F93F7A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0B645E18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0A9261C9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1270CC4B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78DD01E3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5D54C168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p w14:paraId="06E456F6" w14:textId="77777777" w:rsidR="004A29D7" w:rsidRDefault="004A29D7" w:rsidP="309C5762">
      <w:pPr>
        <w:spacing w:after="40"/>
        <w:rPr>
          <w:rFonts w:asciiTheme="majorHAnsi" w:eastAsiaTheme="majorEastAsia" w:hAnsiTheme="majorHAnsi" w:cstheme="majorBid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6690"/>
      </w:tblGrid>
      <w:tr w:rsidR="00F93F7A" w14:paraId="0A925B9C" w14:textId="77777777" w:rsidTr="309C5762">
        <w:trPr>
          <w:trHeight w:val="360"/>
          <w:jc w:val="center"/>
        </w:trPr>
        <w:tc>
          <w:tcPr>
            <w:tcW w:w="8618" w:type="dxa"/>
            <w:gridSpan w:val="2"/>
            <w:shd w:val="clear" w:color="auto" w:fill="FFFFFF" w:themeFill="background1"/>
          </w:tcPr>
          <w:p w14:paraId="1D8DF87E" w14:textId="77777777" w:rsidR="00F93F7A" w:rsidRDefault="309C5762" w:rsidP="309C5762">
            <w:pPr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00B0F0"/>
                <w:sz w:val="24"/>
                <w:szCs w:val="24"/>
              </w:rPr>
              <w:t>LISTADO DE LOS PUESTOS SOLICITADOS POR ORDEN DE PREFERENCIA</w:t>
            </w:r>
          </w:p>
        </w:tc>
      </w:tr>
      <w:tr w:rsidR="00F93F7A" w14:paraId="567FD37D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610B8" w14:textId="4CFE8DCE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ORDEN DE PREFERENCIA</w:t>
            </w:r>
          </w:p>
        </w:tc>
        <w:tc>
          <w:tcPr>
            <w:tcW w:w="66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DE489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b/>
                <w:bCs/>
                <w:color w:val="666666"/>
                <w:sz w:val="20"/>
                <w:szCs w:val="20"/>
              </w:rPr>
              <w:t>CÓDIGO DEL PUESTO (CONSULTAR ANEXO III)</w:t>
            </w:r>
          </w:p>
        </w:tc>
      </w:tr>
      <w:tr w:rsidR="00F93F7A" w14:paraId="6B3EE1B8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F7AB4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  <w:t>1º</w:t>
            </w:r>
          </w:p>
        </w:tc>
        <w:tc>
          <w:tcPr>
            <w:tcW w:w="6690" w:type="dxa"/>
            <w:shd w:val="clear" w:color="auto" w:fill="FFFFFF" w:themeFill="background1"/>
          </w:tcPr>
          <w:p w14:paraId="049F31CB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0D9041CD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B9AF6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  <w:lastRenderedPageBreak/>
              <w:t>2º</w:t>
            </w:r>
          </w:p>
        </w:tc>
        <w:tc>
          <w:tcPr>
            <w:tcW w:w="6690" w:type="dxa"/>
            <w:shd w:val="clear" w:color="auto" w:fill="FFFFFF" w:themeFill="background1"/>
          </w:tcPr>
          <w:p w14:paraId="53128261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74092581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4FD37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  <w:t>3º</w:t>
            </w:r>
          </w:p>
        </w:tc>
        <w:tc>
          <w:tcPr>
            <w:tcW w:w="6690" w:type="dxa"/>
            <w:shd w:val="clear" w:color="auto" w:fill="FFFFFF" w:themeFill="background1"/>
          </w:tcPr>
          <w:p w14:paraId="62486C05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6E40CD8E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ED673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  <w:t>4º</w:t>
            </w:r>
          </w:p>
        </w:tc>
        <w:tc>
          <w:tcPr>
            <w:tcW w:w="6690" w:type="dxa"/>
            <w:shd w:val="clear" w:color="auto" w:fill="FFFFFF" w:themeFill="background1"/>
          </w:tcPr>
          <w:p w14:paraId="4101652C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93F7A" w14:paraId="1A3F1005" w14:textId="77777777" w:rsidTr="309C5762">
        <w:trPr>
          <w:trHeight w:val="329"/>
          <w:jc w:val="center"/>
        </w:trPr>
        <w:tc>
          <w:tcPr>
            <w:tcW w:w="192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A2AA1" w14:textId="77777777" w:rsidR="00F93F7A" w:rsidRDefault="309C5762" w:rsidP="309C5762">
            <w:pPr>
              <w:spacing w:after="0"/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</w:pPr>
            <w:r w:rsidRPr="309C5762">
              <w:rPr>
                <w:rFonts w:asciiTheme="majorHAnsi" w:eastAsiaTheme="majorEastAsia" w:hAnsiTheme="majorHAnsi" w:cstheme="majorBidi"/>
                <w:color w:val="666666"/>
                <w:sz w:val="20"/>
                <w:szCs w:val="20"/>
              </w:rPr>
              <w:t>5º</w:t>
            </w:r>
          </w:p>
        </w:tc>
        <w:tc>
          <w:tcPr>
            <w:tcW w:w="6690" w:type="dxa"/>
            <w:shd w:val="clear" w:color="auto" w:fill="FFFFFF" w:themeFill="background1"/>
          </w:tcPr>
          <w:p w14:paraId="4B99056E" w14:textId="77777777" w:rsidR="00F93F7A" w:rsidRDefault="00F93F7A" w:rsidP="309C5762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</w:tbl>
    <w:p w14:paraId="0077949D" w14:textId="77777777" w:rsidR="004A29D7" w:rsidRDefault="004A29D7"/>
    <w:sectPr w:rsidR="00000000" w:rsidSect="00034616">
      <w:headerReference w:type="default" r:id="rId8"/>
      <w:footerReference w:type="default" r:id="rId9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E243" w14:textId="77777777" w:rsidR="004A29D7" w:rsidRDefault="004A29D7">
      <w:pPr>
        <w:spacing w:after="0" w:line="240" w:lineRule="auto"/>
      </w:pPr>
      <w:r>
        <w:separator/>
      </w:r>
    </w:p>
  </w:endnote>
  <w:endnote w:type="continuationSeparator" w:id="0">
    <w:p w14:paraId="151ED65F" w14:textId="77777777" w:rsidR="004A29D7" w:rsidRDefault="004A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A210" w14:textId="0E81640A" w:rsidR="00F93F7A" w:rsidRDefault="00F93F7A" w:rsidP="309C5762">
    <w:pPr>
      <w:pStyle w:val="Piedepgina"/>
      <w:rPr>
        <w:color w:val="78787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ADBA3" w14:textId="77777777" w:rsidR="004A29D7" w:rsidRDefault="004A29D7">
      <w:pPr>
        <w:spacing w:after="0" w:line="240" w:lineRule="auto"/>
      </w:pPr>
      <w:r>
        <w:separator/>
      </w:r>
    </w:p>
  </w:footnote>
  <w:footnote w:type="continuationSeparator" w:id="0">
    <w:p w14:paraId="0B6C23F1" w14:textId="77777777" w:rsidR="004A29D7" w:rsidRDefault="004A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141C0" w14:textId="76BEFC3E" w:rsidR="309C5762" w:rsidRDefault="309C5762" w:rsidP="309C5762">
    <w:pPr>
      <w:pStyle w:val="Encabezado"/>
    </w:pPr>
    <w:r>
      <w:rPr>
        <w:noProof/>
      </w:rPr>
      <w:drawing>
        <wp:inline distT="0" distB="0" distL="0" distR="0" wp14:anchorId="0BA66D14" wp14:editId="320A226B">
          <wp:extent cx="6064288" cy="1752209"/>
          <wp:effectExtent l="0" t="0" r="0" b="0"/>
          <wp:docPr id="30210276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02762" name="Picture 3021027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4288" cy="1752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1844956">
    <w:abstractNumId w:val="8"/>
  </w:num>
  <w:num w:numId="2" w16cid:durableId="275722564">
    <w:abstractNumId w:val="6"/>
  </w:num>
  <w:num w:numId="3" w16cid:durableId="274217052">
    <w:abstractNumId w:val="5"/>
  </w:num>
  <w:num w:numId="4" w16cid:durableId="1320354141">
    <w:abstractNumId w:val="4"/>
  </w:num>
  <w:num w:numId="5" w16cid:durableId="1587688711">
    <w:abstractNumId w:val="7"/>
  </w:num>
  <w:num w:numId="6" w16cid:durableId="719476189">
    <w:abstractNumId w:val="3"/>
  </w:num>
  <w:num w:numId="7" w16cid:durableId="1804037121">
    <w:abstractNumId w:val="2"/>
  </w:num>
  <w:num w:numId="8" w16cid:durableId="1319457938">
    <w:abstractNumId w:val="1"/>
  </w:num>
  <w:num w:numId="9" w16cid:durableId="81089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56DD"/>
    <w:rsid w:val="0015074B"/>
    <w:rsid w:val="0029639D"/>
    <w:rsid w:val="00326F90"/>
    <w:rsid w:val="004A29D7"/>
    <w:rsid w:val="00AA1D8D"/>
    <w:rsid w:val="00B47730"/>
    <w:rsid w:val="00CB0664"/>
    <w:rsid w:val="00F93F7A"/>
    <w:rsid w:val="00FC693F"/>
    <w:rsid w:val="0CBD4FC8"/>
    <w:rsid w:val="1ED2F1B0"/>
    <w:rsid w:val="2197FADD"/>
    <w:rsid w:val="309C5762"/>
    <w:rsid w:val="399FCB76"/>
    <w:rsid w:val="5D8BF9C1"/>
    <w:rsid w:val="5D8C289B"/>
    <w:rsid w:val="5EFFFB44"/>
    <w:rsid w:val="6D32AF03"/>
    <w:rsid w:val="6DFE32C6"/>
    <w:rsid w:val="6EC8D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6FECB0F-A3E3-490F-854E-3A898640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520</Characters>
  <Application>Microsoft Office Word</Application>
  <DocSecurity>0</DocSecurity>
  <Lines>11</Lines>
  <Paragraphs>4</Paragraphs>
  <ScaleCrop>false</ScaleCrop>
  <Manager/>
  <Company/>
  <LinksUpToDate>false</LinksUpToDate>
  <CharactersWithSpaces>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Rodriguez Garcia, Jorge Juan</cp:lastModifiedBy>
  <cp:revision>2</cp:revision>
  <dcterms:created xsi:type="dcterms:W3CDTF">2026-09-08T11:29:00Z</dcterms:created>
  <dcterms:modified xsi:type="dcterms:W3CDTF">2026-09-08T11:29:00Z</dcterms:modified>
  <cp:category/>
</cp:coreProperties>
</file>